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Raimo Sirkiä – tenor</w:t>
      </w:r>
    </w:p>
    <w:p>
      <w:r>
        <w:rPr>
          <w:i/>
        </w:rPr>
        <w:t>Medium biography</w:t>
      </w:r>
    </w:p>
    <w:p>
      <w:r>
        <w:t>Finnish tenor Raimo Sirkiä is a dramatic tenor whose powerful, warm-timbred voice lends itself equally well to Verdi’s Otello and Radames as to Wagner’s Tannhäuser, Tristan and Lohengrin.</w:t>
      </w:r>
    </w:p>
    <w:p>
      <w:r>
        <w:t>Sirkiä studied voice at the Sibelius Academy and won the Timo Mustakallio Voice Competition in 1981. His career began at the Kiel Opera in Germany, followed by engagements at the Dortmund City Opera (1985–1991) and the Deutsche Oper am Rhein (1991–1996). He was a soloist of the Finnish National Opera from 1990 to 2006.</w:t>
      </w:r>
    </w:p>
    <w:p>
      <w:r>
        <w:t>He has appeared at the Deutsche Oper Berlin, the Hamburg State Opera, the Semperoper Dresden and the operas of Stockholm, Copenhagen and Oslo, among others, and made his Bayreuth Festival debut as Lohengrin in 2000. At the Savonlinna Opera Festival he has sung the major tenor roles since 1981 and served as its artistic director from 2002 to 2007. His honours include the Beniamino Gigli Prize (1993), the Pro Finlandia Medal of the Order of the Lion of Finland (2003) and the Commander of the Order of the Lion of Finland (2025). Today Sirkiä teaches young tenors.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